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4512"/>
        <w:gridCol w:w="4512"/>
      </w:tblGrid>
      <w:tr>
        <w:trPr>
          <w:trHeight w:hRule="exact" w:val="180"/>
        </w:trPr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3145790</wp:posOffset>
            </wp:positionH>
            <wp:positionV relativeFrom="page">
              <wp:posOffset>1389380</wp:posOffset>
            </wp:positionV>
            <wp:extent cx="316230" cy="26985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69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6291580</wp:posOffset>
            </wp:positionH>
            <wp:positionV relativeFrom="page">
              <wp:posOffset>1402080</wp:posOffset>
            </wp:positionV>
            <wp:extent cx="218440" cy="26885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688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5706110</wp:posOffset>
            </wp:positionH>
            <wp:positionV relativeFrom="page">
              <wp:posOffset>1414780</wp:posOffset>
            </wp:positionV>
            <wp:extent cx="146050" cy="223132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2313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1926589</wp:posOffset>
            </wp:positionH>
            <wp:positionV relativeFrom="page">
              <wp:posOffset>1463040</wp:posOffset>
            </wp:positionV>
            <wp:extent cx="292100" cy="279581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58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1414780</wp:posOffset>
            </wp:positionH>
            <wp:positionV relativeFrom="page">
              <wp:posOffset>1511300</wp:posOffset>
            </wp:positionV>
            <wp:extent cx="121919" cy="159756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5975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3731260</wp:posOffset>
            </wp:positionH>
            <wp:positionV relativeFrom="page">
              <wp:posOffset>1536700</wp:posOffset>
            </wp:positionV>
            <wp:extent cx="389889" cy="259926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889" cy="25992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6583680</wp:posOffset>
            </wp:positionH>
            <wp:positionV relativeFrom="page">
              <wp:posOffset>1633220</wp:posOffset>
            </wp:positionV>
            <wp:extent cx="73660" cy="135043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13504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5120640</wp:posOffset>
            </wp:positionH>
            <wp:positionV relativeFrom="page">
              <wp:posOffset>2085339</wp:posOffset>
            </wp:positionV>
            <wp:extent cx="73660" cy="40922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4092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1780539</wp:posOffset>
            </wp:positionH>
            <wp:positionV relativeFrom="page">
              <wp:posOffset>2719070</wp:posOffset>
            </wp:positionV>
            <wp:extent cx="4217670" cy="710701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71070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3914140</wp:posOffset>
            </wp:positionV>
            <wp:extent cx="5656580" cy="4315416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31541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6840220</wp:posOffset>
            </wp:positionV>
            <wp:extent cx="1389380" cy="138938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893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5656580</wp:posOffset>
            </wp:positionH>
            <wp:positionV relativeFrom="page">
              <wp:posOffset>7485380</wp:posOffset>
            </wp:positionV>
            <wp:extent cx="97790" cy="9779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977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5218430</wp:posOffset>
            </wp:positionH>
            <wp:positionV relativeFrom="page">
              <wp:posOffset>7705090</wp:posOffset>
            </wp:positionV>
            <wp:extent cx="170180" cy="195084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9508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1904" w:h="16834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4512"/>
        <w:gridCol w:w="4512"/>
      </w:tblGrid>
      <w:tr>
        <w:trPr>
          <w:trHeight w:hRule="exact" w:val="180"/>
        </w:trPr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1073150</wp:posOffset>
            </wp:positionH>
            <wp:positionV relativeFrom="page">
              <wp:posOffset>1304290</wp:posOffset>
            </wp:positionV>
            <wp:extent cx="5340350" cy="5424983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54249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1377950</wp:posOffset>
            </wp:positionV>
            <wp:extent cx="195580" cy="341225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3412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3169920</wp:posOffset>
            </wp:positionH>
            <wp:positionV relativeFrom="page">
              <wp:posOffset>2109470</wp:posOffset>
            </wp:positionV>
            <wp:extent cx="73660" cy="34892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348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3999229</wp:posOffset>
            </wp:positionH>
            <wp:positionV relativeFrom="page">
              <wp:posOffset>2682240</wp:posOffset>
            </wp:positionV>
            <wp:extent cx="146050" cy="60854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6085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2840990</wp:posOffset>
            </wp:positionV>
            <wp:extent cx="195580" cy="636675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6366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2438400</wp:posOffset>
            </wp:positionH>
            <wp:positionV relativeFrom="page">
              <wp:posOffset>3864610</wp:posOffset>
            </wp:positionV>
            <wp:extent cx="463550" cy="332913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3291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5388610</wp:posOffset>
            </wp:positionH>
            <wp:positionV relativeFrom="page">
              <wp:posOffset>3914140</wp:posOffset>
            </wp:positionV>
            <wp:extent cx="146050" cy="202847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0284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2608580</wp:posOffset>
            </wp:positionH>
            <wp:positionV relativeFrom="page">
              <wp:posOffset>4462780</wp:posOffset>
            </wp:positionV>
            <wp:extent cx="195580" cy="611708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6117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2974340</wp:posOffset>
            </wp:positionH>
            <wp:positionV relativeFrom="page">
              <wp:posOffset>4681220</wp:posOffset>
            </wp:positionV>
            <wp:extent cx="73660" cy="40922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4092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2438400</wp:posOffset>
            </wp:positionH>
            <wp:positionV relativeFrom="page">
              <wp:posOffset>5229860</wp:posOffset>
            </wp:positionV>
            <wp:extent cx="439419" cy="346465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9419" cy="3464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6120130</wp:posOffset>
            </wp:positionH>
            <wp:positionV relativeFrom="page">
              <wp:posOffset>5242560</wp:posOffset>
            </wp:positionV>
            <wp:extent cx="171450" cy="28575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85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4071620</wp:posOffset>
            </wp:positionH>
            <wp:positionV relativeFrom="page">
              <wp:posOffset>5255260</wp:posOffset>
            </wp:positionV>
            <wp:extent cx="1463039" cy="282489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2824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5327650</wp:posOffset>
            </wp:positionV>
            <wp:extent cx="170179" cy="149425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1494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2512060</wp:posOffset>
            </wp:positionH>
            <wp:positionV relativeFrom="page">
              <wp:posOffset>5864860</wp:posOffset>
            </wp:positionV>
            <wp:extent cx="243839" cy="3695422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69542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6803390</wp:posOffset>
            </wp:positionV>
            <wp:extent cx="219710" cy="194837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9483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7180580</wp:posOffset>
            </wp:positionV>
            <wp:extent cx="1316989" cy="1350758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135075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1487170</wp:posOffset>
            </wp:positionH>
            <wp:positionV relativeFrom="page">
              <wp:posOffset>7620000</wp:posOffset>
            </wp:positionV>
            <wp:extent cx="195580" cy="19558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9558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7790180</wp:posOffset>
            </wp:positionV>
            <wp:extent cx="1559560" cy="2115944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11594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5998210</wp:posOffset>
            </wp:positionH>
            <wp:positionV relativeFrom="page">
              <wp:posOffset>7839709</wp:posOffset>
            </wp:positionV>
            <wp:extent cx="341629" cy="2045608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1629" cy="20456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7985759</wp:posOffset>
            </wp:positionV>
            <wp:extent cx="170179" cy="1593872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159387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1463040</wp:posOffset>
            </wp:positionH>
            <wp:positionV relativeFrom="page">
              <wp:posOffset>8034020</wp:posOffset>
            </wp:positionV>
            <wp:extent cx="243840" cy="1599425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59942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2364740</wp:posOffset>
            </wp:positionH>
            <wp:positionV relativeFrom="page">
              <wp:posOffset>9790430</wp:posOffset>
            </wp:positionV>
            <wp:extent cx="391160" cy="185065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850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9814560</wp:posOffset>
            </wp:positionV>
            <wp:extent cx="146050" cy="100149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0014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6315710</wp:posOffset>
            </wp:positionH>
            <wp:positionV relativeFrom="page">
              <wp:posOffset>10339070</wp:posOffset>
            </wp:positionV>
            <wp:extent cx="72389" cy="3429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389" cy="34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1904" w:h="16834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4512"/>
        <w:gridCol w:w="4512"/>
      </w:tblGrid>
      <w:tr>
        <w:trPr>
          <w:trHeight w:hRule="exact" w:val="180"/>
        </w:trPr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5534660</wp:posOffset>
            </wp:positionH>
            <wp:positionV relativeFrom="page">
              <wp:posOffset>1280160</wp:posOffset>
            </wp:positionV>
            <wp:extent cx="365760" cy="2329092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3290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1292860</wp:posOffset>
            </wp:positionV>
            <wp:extent cx="3413760" cy="2876526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87652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5632450</wp:posOffset>
            </wp:positionH>
            <wp:positionV relativeFrom="page">
              <wp:posOffset>2096770</wp:posOffset>
            </wp:positionV>
            <wp:extent cx="171450" cy="29272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92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2109470</wp:posOffset>
            </wp:positionV>
            <wp:extent cx="171450" cy="28575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85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3559810</wp:posOffset>
            </wp:positionH>
            <wp:positionV relativeFrom="page">
              <wp:posOffset>2669540</wp:posOffset>
            </wp:positionV>
            <wp:extent cx="2999740" cy="3925012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92501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2682240</wp:posOffset>
            </wp:positionV>
            <wp:extent cx="146050" cy="54247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5424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5534660</wp:posOffset>
            </wp:positionH>
            <wp:positionV relativeFrom="page">
              <wp:posOffset>2999740</wp:posOffset>
            </wp:positionV>
            <wp:extent cx="147319" cy="61383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61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3011170</wp:posOffset>
            </wp:positionV>
            <wp:extent cx="146050" cy="60854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6085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3901440</wp:posOffset>
            </wp:positionV>
            <wp:extent cx="147320" cy="216888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21688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1195070</wp:posOffset>
            </wp:positionH>
            <wp:positionV relativeFrom="page">
              <wp:posOffset>5242560</wp:posOffset>
            </wp:positionV>
            <wp:extent cx="1779270" cy="1331283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312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4340860</wp:posOffset>
            </wp:positionH>
            <wp:positionV relativeFrom="page">
              <wp:posOffset>7766050</wp:posOffset>
            </wp:positionV>
            <wp:extent cx="170179" cy="2121011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212101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7827009</wp:posOffset>
            </wp:positionV>
            <wp:extent cx="341630" cy="1699818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69981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2682240</wp:posOffset>
            </wp:positionH>
            <wp:positionV relativeFrom="page">
              <wp:posOffset>7839709</wp:posOffset>
            </wp:positionV>
            <wp:extent cx="341630" cy="2045614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04561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3462020</wp:posOffset>
            </wp:positionH>
            <wp:positionV relativeFrom="page">
              <wp:posOffset>7839709</wp:posOffset>
            </wp:positionV>
            <wp:extent cx="341629" cy="2033109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1629" cy="203310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1926589</wp:posOffset>
            </wp:positionH>
            <wp:positionV relativeFrom="page">
              <wp:posOffset>7851140</wp:posOffset>
            </wp:positionV>
            <wp:extent cx="341630" cy="2058215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058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7912100</wp:posOffset>
            </wp:positionV>
            <wp:extent cx="170180" cy="1963296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96329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5608320</wp:posOffset>
            </wp:positionH>
            <wp:positionV relativeFrom="page">
              <wp:posOffset>9777730</wp:posOffset>
            </wp:positionV>
            <wp:extent cx="146050" cy="14605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1904" w:h="16834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4512"/>
        <w:gridCol w:w="4512"/>
      </w:tblGrid>
      <w:tr>
        <w:trPr>
          <w:trHeight w:hRule="exact" w:val="180"/>
        </w:trPr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1280160</wp:posOffset>
            </wp:positionV>
            <wp:extent cx="1902460" cy="2790275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7902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1292860</wp:posOffset>
            </wp:positionV>
            <wp:extent cx="2560319" cy="561918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60319" cy="56191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5852160</wp:posOffset>
            </wp:positionH>
            <wp:positionV relativeFrom="page">
              <wp:posOffset>2096770</wp:posOffset>
            </wp:positionV>
            <wp:extent cx="365760" cy="2026394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02639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2109470</wp:posOffset>
            </wp:positionV>
            <wp:extent cx="171450" cy="29272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92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3437890</wp:posOffset>
            </wp:positionH>
            <wp:positionV relativeFrom="page">
              <wp:posOffset>2109470</wp:posOffset>
            </wp:positionV>
            <wp:extent cx="365760" cy="2060028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06002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4413250</wp:posOffset>
            </wp:positionH>
            <wp:positionV relativeFrom="page">
              <wp:posOffset>2109470</wp:posOffset>
            </wp:positionV>
            <wp:extent cx="171450" cy="280174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80174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2120900</wp:posOffset>
            </wp:positionV>
            <wp:extent cx="1731009" cy="2034992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31009" cy="203499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1365250</wp:posOffset>
            </wp:positionH>
            <wp:positionV relativeFrom="page">
              <wp:posOffset>2120900</wp:posOffset>
            </wp:positionV>
            <wp:extent cx="146050" cy="271815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7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2658110</wp:posOffset>
            </wp:positionV>
            <wp:extent cx="171450" cy="66907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6690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1974850</wp:posOffset>
            </wp:positionH>
            <wp:positionV relativeFrom="page">
              <wp:posOffset>2669540</wp:posOffset>
            </wp:positionV>
            <wp:extent cx="146050" cy="64911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6491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2719070</wp:posOffset>
            </wp:positionV>
            <wp:extent cx="365760" cy="1383161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38316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4315460</wp:posOffset>
            </wp:positionH>
            <wp:positionV relativeFrom="page">
              <wp:posOffset>2999740</wp:posOffset>
            </wp:positionV>
            <wp:extent cx="171450" cy="62726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6272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5046980</wp:posOffset>
            </wp:positionH>
            <wp:positionV relativeFrom="page">
              <wp:posOffset>2999740</wp:posOffset>
            </wp:positionV>
            <wp:extent cx="171450" cy="62726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6272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1365250</wp:posOffset>
            </wp:positionH>
            <wp:positionV relativeFrom="page">
              <wp:posOffset>3901440</wp:posOffset>
            </wp:positionV>
            <wp:extent cx="146050" cy="227189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27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1049020</wp:posOffset>
            </wp:positionH>
            <wp:positionV relativeFrom="page">
              <wp:posOffset>5242560</wp:posOffset>
            </wp:positionV>
            <wp:extent cx="1169670" cy="294521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29452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4413250</wp:posOffset>
            </wp:positionH>
            <wp:positionV relativeFrom="page">
              <wp:posOffset>5290820</wp:posOffset>
            </wp:positionV>
            <wp:extent cx="171450" cy="163087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308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5144770</wp:posOffset>
            </wp:positionH>
            <wp:positionV relativeFrom="page">
              <wp:posOffset>5290820</wp:posOffset>
            </wp:positionV>
            <wp:extent cx="171450" cy="150541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054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5828030</wp:posOffset>
            </wp:positionH>
            <wp:positionV relativeFrom="page">
              <wp:posOffset>5290820</wp:posOffset>
            </wp:positionV>
            <wp:extent cx="389890" cy="1308018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130801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5303520</wp:posOffset>
            </wp:positionV>
            <wp:extent cx="2951480" cy="4634416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4634416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5022850</wp:posOffset>
            </wp:positionH>
            <wp:positionV relativeFrom="page">
              <wp:posOffset>7815580</wp:posOffset>
            </wp:positionV>
            <wp:extent cx="341629" cy="2066439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1629" cy="206643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7827009</wp:posOffset>
            </wp:positionV>
            <wp:extent cx="511810" cy="2022069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202206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5925820</wp:posOffset>
            </wp:positionH>
            <wp:positionV relativeFrom="page">
              <wp:posOffset>7887970</wp:posOffset>
            </wp:positionV>
            <wp:extent cx="170179" cy="1988189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198818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3535679</wp:posOffset>
            </wp:positionH>
            <wp:positionV relativeFrom="page">
              <wp:posOffset>8887460</wp:posOffset>
            </wp:positionV>
            <wp:extent cx="121920" cy="1034218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3421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4389120</wp:posOffset>
            </wp:positionH>
            <wp:positionV relativeFrom="page">
              <wp:posOffset>9851390</wp:posOffset>
            </wp:positionV>
            <wp:extent cx="146050" cy="73025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73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1904" w:h="16834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-720.0" w:type="dxa"/>
      </w:tblPr>
      <w:tblGrid>
        <w:gridCol w:w="4512"/>
        <w:gridCol w:w="4512"/>
      </w:tblGrid>
      <w:tr>
        <w:trPr>
          <w:trHeight w:hRule="exact" w:val="180"/>
        </w:trPr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4512"/>
            <w:tcBorders/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1195070</wp:posOffset>
            </wp:positionH>
            <wp:positionV relativeFrom="page">
              <wp:posOffset>1206500</wp:posOffset>
            </wp:positionV>
            <wp:extent cx="5290820" cy="8737677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8737677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4047490</wp:posOffset>
            </wp:positionH>
            <wp:positionV relativeFrom="page">
              <wp:posOffset>5303520</wp:posOffset>
            </wp:positionV>
            <wp:extent cx="195580" cy="1156835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156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5303520</wp:posOffset>
            </wp:positionV>
            <wp:extent cx="170180" cy="161879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618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5316220</wp:posOffset>
            </wp:positionV>
            <wp:extent cx="170180" cy="161879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61879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1877060</wp:posOffset>
            </wp:positionH>
            <wp:positionV relativeFrom="page">
              <wp:posOffset>5316220</wp:posOffset>
            </wp:positionV>
            <wp:extent cx="1097279" cy="124499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24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5316220</wp:posOffset>
            </wp:positionV>
            <wp:extent cx="170179" cy="145868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70179" cy="14586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1073150</wp:posOffset>
            </wp:positionH>
            <wp:positionV relativeFrom="page">
              <wp:posOffset>7827009</wp:posOffset>
            </wp:positionV>
            <wp:extent cx="1852930" cy="2123061"/>
            <wp:wrapNone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123061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7839709</wp:posOffset>
            </wp:positionV>
            <wp:extent cx="171450" cy="2090854"/>
            <wp:wrapNone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0854"/>
                    </a:xfrm>
                    <a:prstGeom prst="rect"/>
                  </pic:spPr>
                </pic:pic>
              </a:graphicData>
            </a:graphic>
          </wp:anchor>
        </w:drawing>
      </w:r>
    </w:p>
    <w:sectPr w:rsidR="00FC693F" w:rsidRPr="0006063C" w:rsidSect="00034616">
      <w:pgSz w:w="11904" w:h="1683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